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4A3E8B" w14:textId="77777777" w:rsidR="00FD2801" w:rsidRPr="002B512C" w:rsidRDefault="00000000">
      <w:pPr>
        <w:jc w:val="center"/>
        <w:rPr>
          <w:rFonts w:ascii="Bahnschrift" w:hAnsi="Bahnschrift"/>
          <w:color w:val="548DD4" w:themeColor="text2" w:themeTint="99"/>
          <w:sz w:val="32"/>
          <w:szCs w:val="3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2B512C">
        <w:rPr>
          <w:rFonts w:ascii="Segoe UI Emoji" w:hAnsi="Segoe UI Emoji" w:cs="Segoe UI Emoji"/>
          <w:color w:val="548DD4" w:themeColor="text2" w:themeTint="99"/>
          <w:sz w:val="32"/>
          <w:szCs w:val="3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🏠</w:t>
      </w:r>
      <w:r w:rsidRPr="002B512C">
        <w:rPr>
          <w:rFonts w:ascii="Bahnschrift" w:hAnsi="Bahnschrift"/>
          <w:color w:val="548DD4" w:themeColor="text2" w:themeTint="99"/>
          <w:sz w:val="32"/>
          <w:szCs w:val="3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Liczba miejsc w pokojach – budynek „WISŁA” </w:t>
      </w:r>
      <w:r w:rsidRPr="002B512C">
        <w:rPr>
          <w:rFonts w:ascii="Segoe UI Emoji" w:hAnsi="Segoe UI Emoji" w:cs="Segoe UI Emoji"/>
          <w:color w:val="548DD4" w:themeColor="text2" w:themeTint="99"/>
          <w:sz w:val="32"/>
          <w:szCs w:val="3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🏠</w:t>
      </w:r>
    </w:p>
    <w:p w14:paraId="334E3F0D" w14:textId="77777777" w:rsidR="00FD2801" w:rsidRPr="006C6A79" w:rsidRDefault="00000000" w:rsidP="00DB090A">
      <w:pPr>
        <w:jc w:val="center"/>
        <w:rPr>
          <w:rFonts w:ascii="Bradley Hand ITC" w:hAnsi="Bradley Hand ITC"/>
          <w:b/>
          <w:bCs/>
          <w:sz w:val="24"/>
          <w:szCs w:val="24"/>
        </w:rPr>
      </w:pPr>
      <w:r w:rsidRPr="006C6A79">
        <w:rPr>
          <w:rFonts w:ascii="Bradley Hand ITC" w:hAnsi="Bradley Hand ITC"/>
          <w:b/>
          <w:bCs/>
          <w:sz w:val="24"/>
          <w:szCs w:val="24"/>
        </w:rPr>
        <w:t>Dom Wczasów Dzieci</w:t>
      </w:r>
      <w:r w:rsidRPr="006C6A79">
        <w:rPr>
          <w:rFonts w:ascii="Calibri" w:hAnsi="Calibri" w:cs="Calibri"/>
          <w:b/>
          <w:bCs/>
          <w:sz w:val="24"/>
          <w:szCs w:val="24"/>
        </w:rPr>
        <w:t>ę</w:t>
      </w:r>
      <w:r w:rsidRPr="006C6A79">
        <w:rPr>
          <w:rFonts w:ascii="Bradley Hand ITC" w:hAnsi="Bradley Hand ITC"/>
          <w:b/>
          <w:bCs/>
          <w:sz w:val="24"/>
          <w:szCs w:val="24"/>
        </w:rPr>
        <w:t>cych w Dusznikach-Zdroju</w:t>
      </w:r>
    </w:p>
    <w:p w14:paraId="5BD5A66B" w14:textId="3211B1A3" w:rsidR="00FD2801" w:rsidRPr="00FE56A5" w:rsidRDefault="00000000" w:rsidP="00DB090A">
      <w:pPr>
        <w:jc w:val="center"/>
        <w:rPr>
          <w:rFonts w:ascii="Bahnschrift" w:hAnsi="Bahnschrift"/>
          <w:b/>
          <w:bCs/>
          <w:color w:val="7030A0"/>
          <w:u w:val="single"/>
        </w:rPr>
      </w:pPr>
      <w:r w:rsidRPr="00FE56A5">
        <w:rPr>
          <w:rFonts w:ascii="Bahnschrift" w:hAnsi="Bahnschrift"/>
          <w:b/>
          <w:bCs/>
          <w:color w:val="7030A0"/>
          <w:u w:val="single"/>
        </w:rPr>
        <w:t>6</w:t>
      </w:r>
      <w:r w:rsidR="00CC643D" w:rsidRPr="00FE56A5">
        <w:rPr>
          <w:rFonts w:ascii="Bahnschrift" w:hAnsi="Bahnschrift"/>
          <w:b/>
          <w:bCs/>
          <w:color w:val="7030A0"/>
          <w:u w:val="single"/>
        </w:rPr>
        <w:t>9</w:t>
      </w:r>
      <w:r w:rsidRPr="00FE56A5">
        <w:rPr>
          <w:rFonts w:ascii="Bahnschrift" w:hAnsi="Bahnschrift"/>
          <w:b/>
          <w:bCs/>
          <w:color w:val="7030A0"/>
          <w:u w:val="single"/>
        </w:rPr>
        <w:t xml:space="preserve"> miejsc (w tym: 6</w:t>
      </w:r>
      <w:r w:rsidR="00CC643D" w:rsidRPr="00FE56A5">
        <w:rPr>
          <w:rFonts w:ascii="Bahnschrift" w:hAnsi="Bahnschrift"/>
          <w:b/>
          <w:bCs/>
          <w:color w:val="7030A0"/>
          <w:u w:val="single"/>
        </w:rPr>
        <w:t>6</w:t>
      </w:r>
      <w:r w:rsidRPr="00FE56A5">
        <w:rPr>
          <w:rFonts w:ascii="Bahnschrift" w:hAnsi="Bahnschrift"/>
          <w:b/>
          <w:bCs/>
          <w:color w:val="7030A0"/>
          <w:u w:val="single"/>
        </w:rPr>
        <w:t xml:space="preserve"> dla dzieci + 3 dla kadry)</w:t>
      </w:r>
    </w:p>
    <w:p w14:paraId="721A3E46" w14:textId="77777777" w:rsidR="00FD2801" w:rsidRDefault="00000000" w:rsidP="00DB090A">
      <w:pPr>
        <w:pStyle w:val="Nagwek2"/>
        <w:jc w:val="center"/>
      </w:pPr>
      <w:r>
        <w:t>🟦 PARTER</w:t>
      </w:r>
    </w:p>
    <w:p w14:paraId="73D3F0AC" w14:textId="2ACAFBC0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🚻</w:t>
      </w:r>
      <w:r w:rsidRPr="00DB090A">
        <w:rPr>
          <w:rFonts w:ascii="Bahnschrift" w:hAnsi="Bahnschrift"/>
        </w:rPr>
        <w:t xml:space="preserve"> Toalet</w:t>
      </w:r>
      <w:r w:rsidR="006C6A79">
        <w:rPr>
          <w:rFonts w:ascii="Bahnschrift" w:hAnsi="Bahnschrift"/>
        </w:rPr>
        <w:t>y</w:t>
      </w:r>
      <w:r w:rsidRPr="00DB090A">
        <w:rPr>
          <w:rFonts w:ascii="Bahnschrift" w:hAnsi="Bahnschrift"/>
        </w:rPr>
        <w:t xml:space="preserve"> + prysznic</w:t>
      </w:r>
      <w:r w:rsidR="006C6A79">
        <w:rPr>
          <w:rFonts w:ascii="Bahnschrift" w:hAnsi="Bahnschrift"/>
        </w:rPr>
        <w:t>e</w:t>
      </w:r>
      <w:r w:rsidRPr="00DB090A">
        <w:rPr>
          <w:rFonts w:ascii="Bahnschrift" w:hAnsi="Bahnschrift"/>
        </w:rPr>
        <w:t xml:space="preserve"> na piętrze (5 miejsc) – </w:t>
      </w:r>
      <w:r w:rsidRPr="00DB090A">
        <w:rPr>
          <w:rFonts w:ascii="Bahnschrift" w:hAnsi="Bahnschrift"/>
          <w:color w:val="EE0000"/>
        </w:rPr>
        <w:t>WYŁĄCZONE</w:t>
      </w:r>
    </w:p>
    <w:p w14:paraId="24C4F065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1 – 2 miejsca</w:t>
      </w:r>
    </w:p>
    <w:p w14:paraId="32471A8C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6 – 3 miejsca</w:t>
      </w:r>
    </w:p>
    <w:p w14:paraId="6CD24E1D" w14:textId="77777777" w:rsidR="00FD2801" w:rsidRPr="00DB090A" w:rsidRDefault="00000000" w:rsidP="00DB090A">
      <w:pPr>
        <w:pStyle w:val="Nagwek2"/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🟩</w:t>
      </w:r>
      <w:r w:rsidRPr="00DB090A">
        <w:rPr>
          <w:rFonts w:ascii="Bahnschrift" w:hAnsi="Bahnschrift"/>
        </w:rPr>
        <w:t xml:space="preserve"> I PIĘTRO</w:t>
      </w:r>
    </w:p>
    <w:p w14:paraId="5B0BA5E5" w14:textId="3617D8E4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🚻</w:t>
      </w:r>
      <w:r w:rsidRPr="00DB090A">
        <w:rPr>
          <w:rFonts w:ascii="Bahnschrift" w:hAnsi="Bahnschrift"/>
        </w:rPr>
        <w:t xml:space="preserve"> </w:t>
      </w:r>
      <w:r w:rsidRPr="006C6A79">
        <w:rPr>
          <w:rFonts w:ascii="Bahnschrift" w:hAnsi="Bahnschrift"/>
          <w:u w:val="single"/>
        </w:rPr>
        <w:t>Toalet</w:t>
      </w:r>
      <w:r w:rsidR="006C6A79" w:rsidRPr="006C6A79">
        <w:rPr>
          <w:rFonts w:ascii="Bahnschrift" w:hAnsi="Bahnschrift"/>
          <w:u w:val="single"/>
        </w:rPr>
        <w:t>y</w:t>
      </w:r>
      <w:r w:rsidRPr="006C6A79">
        <w:rPr>
          <w:rFonts w:ascii="Bahnschrift" w:hAnsi="Bahnschrift"/>
          <w:u w:val="single"/>
        </w:rPr>
        <w:t xml:space="preserve"> + prysznic</w:t>
      </w:r>
      <w:r w:rsidR="006C6A79" w:rsidRPr="006C6A79">
        <w:rPr>
          <w:rFonts w:ascii="Bahnschrift" w:hAnsi="Bahnschrift"/>
          <w:u w:val="single"/>
        </w:rPr>
        <w:t>e</w:t>
      </w:r>
      <w:r w:rsidRPr="006C6A79">
        <w:rPr>
          <w:rFonts w:ascii="Bahnschrift" w:hAnsi="Bahnschrift"/>
          <w:u w:val="single"/>
        </w:rPr>
        <w:t xml:space="preserve"> na piętrze </w:t>
      </w:r>
      <w:r w:rsidRPr="00FE56A5">
        <w:rPr>
          <w:rFonts w:ascii="Bahnschrift" w:hAnsi="Bahnschrift"/>
          <w:b/>
          <w:bCs/>
          <w:color w:val="7030A0"/>
          <w:u w:val="single"/>
        </w:rPr>
        <w:t>(3</w:t>
      </w:r>
      <w:r w:rsidR="00CC643D" w:rsidRPr="00FE56A5">
        <w:rPr>
          <w:rFonts w:ascii="Bahnschrift" w:hAnsi="Bahnschrift"/>
          <w:b/>
          <w:bCs/>
          <w:color w:val="7030A0"/>
          <w:u w:val="single"/>
        </w:rPr>
        <w:t>8</w:t>
      </w:r>
      <w:r w:rsidRPr="00FE56A5">
        <w:rPr>
          <w:rFonts w:ascii="Bahnschrift" w:hAnsi="Bahnschrift"/>
          <w:b/>
          <w:bCs/>
          <w:color w:val="7030A0"/>
          <w:u w:val="single"/>
        </w:rPr>
        <w:t xml:space="preserve"> miejsc dzieci + 2 miejsca kadra = </w:t>
      </w:r>
      <w:r w:rsidR="00CC643D" w:rsidRPr="00FE56A5">
        <w:rPr>
          <w:rFonts w:ascii="Bahnschrift" w:hAnsi="Bahnschrift"/>
          <w:b/>
          <w:bCs/>
          <w:color w:val="7030A0"/>
          <w:u w:val="single"/>
        </w:rPr>
        <w:t xml:space="preserve">40 </w:t>
      </w:r>
      <w:r w:rsidRPr="00FE56A5">
        <w:rPr>
          <w:rFonts w:ascii="Bahnschrift" w:hAnsi="Bahnschrift"/>
          <w:b/>
          <w:bCs/>
          <w:color w:val="7030A0"/>
          <w:u w:val="single"/>
        </w:rPr>
        <w:t>miejsc</w:t>
      </w:r>
      <w:r w:rsidRPr="00DB090A">
        <w:rPr>
          <w:rFonts w:ascii="Bahnschrift" w:hAnsi="Bahnschrift"/>
        </w:rPr>
        <w:t>)</w:t>
      </w:r>
    </w:p>
    <w:p w14:paraId="68E829AA" w14:textId="4911BEF3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9 – </w:t>
      </w:r>
      <w:r w:rsidR="00CC643D">
        <w:rPr>
          <w:rFonts w:ascii="Bahnschrift" w:hAnsi="Bahnschrift"/>
        </w:rPr>
        <w:t>6</w:t>
      </w:r>
      <w:r w:rsidRPr="00DB090A">
        <w:rPr>
          <w:rFonts w:ascii="Bahnschrift" w:hAnsi="Bahnschrift"/>
        </w:rPr>
        <w:t xml:space="preserve"> miejsc*</w:t>
      </w:r>
    </w:p>
    <w:p w14:paraId="2D93590B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👩</w:t>
      </w:r>
      <w:r w:rsidRPr="00DB090A">
        <w:rPr>
          <w:rFonts w:ascii="Arial" w:hAnsi="Arial" w:cs="Arial"/>
        </w:rPr>
        <w:t>‍</w:t>
      </w:r>
      <w:r w:rsidRPr="00DB090A">
        <w:rPr>
          <w:rFonts w:ascii="Segoe UI Emoji" w:hAnsi="Segoe UI Emoji" w:cs="Segoe UI Emoji"/>
        </w:rPr>
        <w:t>🏫</w:t>
      </w:r>
      <w:r w:rsidRPr="00DB090A">
        <w:rPr>
          <w:rFonts w:ascii="Bahnschrift" w:hAnsi="Bahnschrift"/>
        </w:rPr>
        <w:t xml:space="preserve"> NR 10 – Nauczyciele DWD</w:t>
      </w:r>
    </w:p>
    <w:p w14:paraId="08CBBF42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11 – 5 miejsc*</w:t>
      </w:r>
    </w:p>
    <w:p w14:paraId="0B750CAA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12 – 5 miejsc*</w:t>
      </w:r>
    </w:p>
    <w:p w14:paraId="24738663" w14:textId="68FD34EA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14 – </w:t>
      </w:r>
      <w:r w:rsidR="002815FA">
        <w:rPr>
          <w:rFonts w:ascii="Bahnschrift" w:hAnsi="Bahnschrift"/>
        </w:rPr>
        <w:t>4</w:t>
      </w:r>
      <w:r w:rsidRPr="00DB090A">
        <w:rPr>
          <w:rFonts w:ascii="Bahnschrift" w:hAnsi="Bahnschrift"/>
        </w:rPr>
        <w:t xml:space="preserve"> miejsca*</w:t>
      </w:r>
    </w:p>
    <w:p w14:paraId="7EF75961" w14:textId="483D2A8C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15 – </w:t>
      </w:r>
      <w:r w:rsidR="002815FA">
        <w:rPr>
          <w:rFonts w:ascii="Bahnschrift" w:hAnsi="Bahnschrift"/>
        </w:rPr>
        <w:t>5</w:t>
      </w:r>
      <w:r w:rsidRPr="00DB090A">
        <w:rPr>
          <w:rFonts w:ascii="Bahnschrift" w:hAnsi="Bahnschrift"/>
        </w:rPr>
        <w:t xml:space="preserve"> miejsc*</w:t>
      </w:r>
    </w:p>
    <w:p w14:paraId="722CE123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16 – 2 miejsca</w:t>
      </w:r>
    </w:p>
    <w:p w14:paraId="3EC5E224" w14:textId="138347E7" w:rsidR="00FD2801" w:rsidRPr="00DB090A" w:rsidRDefault="00000000" w:rsidP="00DB090A">
      <w:pPr>
        <w:jc w:val="center"/>
        <w:rPr>
          <w:rFonts w:ascii="Bahnschrift" w:hAnsi="Bahnschrift"/>
        </w:rPr>
      </w:pPr>
      <w:r w:rsidRPr="002B512C">
        <w:rPr>
          <w:rFonts w:ascii="Segoe UI Emoji" w:hAnsi="Segoe UI Emoji" w:cs="Segoe UI Emoji"/>
          <w:highlight w:val="yellow"/>
        </w:rPr>
        <w:t>👩</w:t>
      </w:r>
      <w:r w:rsidRPr="002B512C">
        <w:rPr>
          <w:rFonts w:ascii="Arial" w:hAnsi="Arial" w:cs="Arial"/>
          <w:highlight w:val="yellow"/>
        </w:rPr>
        <w:t>‍</w:t>
      </w:r>
      <w:r w:rsidRPr="002B512C">
        <w:rPr>
          <w:rFonts w:ascii="Segoe UI Emoji" w:hAnsi="Segoe UI Emoji" w:cs="Segoe UI Emoji"/>
          <w:highlight w:val="yellow"/>
        </w:rPr>
        <w:t>🏫</w:t>
      </w:r>
      <w:r w:rsidRPr="002B512C">
        <w:rPr>
          <w:rFonts w:ascii="Bahnschrift" w:hAnsi="Bahnschrift"/>
          <w:highlight w:val="yellow"/>
        </w:rPr>
        <w:t xml:space="preserve"> </w:t>
      </w:r>
      <w:r w:rsidRPr="006C6A79">
        <w:rPr>
          <w:rFonts w:ascii="Bahnschrift" w:hAnsi="Bahnschrift"/>
          <w:b/>
          <w:bCs/>
          <w:highlight w:val="yellow"/>
        </w:rPr>
        <w:t>NR 17 – KADRA 2 miejsca</w:t>
      </w:r>
      <w:r w:rsidR="006C6A79" w:rsidRPr="006C6A79">
        <w:rPr>
          <w:rFonts w:ascii="Bahnschrift" w:hAnsi="Bahnschrift"/>
          <w:b/>
          <w:bCs/>
          <w:highlight w:val="yellow"/>
        </w:rPr>
        <w:t>+ ŁAZIENKA</w:t>
      </w:r>
    </w:p>
    <w:p w14:paraId="4881649B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18 – 4 miejsca*</w:t>
      </w:r>
    </w:p>
    <w:p w14:paraId="26FD6CDF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21 – 5 miejsc*</w:t>
      </w:r>
    </w:p>
    <w:p w14:paraId="63466354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22 – 2 miejsca</w:t>
      </w:r>
    </w:p>
    <w:p w14:paraId="1E5D6FD3" w14:textId="77777777" w:rsidR="00FD2801" w:rsidRPr="00DB090A" w:rsidRDefault="00000000" w:rsidP="00DB090A">
      <w:pPr>
        <w:pStyle w:val="Nagwek2"/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🟨</w:t>
      </w:r>
      <w:r w:rsidRPr="00DB090A">
        <w:rPr>
          <w:rFonts w:ascii="Bahnschrift" w:hAnsi="Bahnschrift"/>
        </w:rPr>
        <w:t xml:space="preserve"> II PIĘTRO</w:t>
      </w:r>
    </w:p>
    <w:p w14:paraId="0197B11F" w14:textId="5AC83B65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🚻</w:t>
      </w:r>
      <w:r w:rsidRPr="00DB090A">
        <w:rPr>
          <w:rFonts w:ascii="Bahnschrift" w:hAnsi="Bahnschrift"/>
        </w:rPr>
        <w:t xml:space="preserve"> </w:t>
      </w:r>
      <w:r w:rsidRPr="006C6A79">
        <w:rPr>
          <w:rFonts w:ascii="Bahnschrift" w:hAnsi="Bahnschrift"/>
          <w:u w:val="single"/>
        </w:rPr>
        <w:t>Toalet</w:t>
      </w:r>
      <w:r w:rsidR="006C6A79" w:rsidRPr="006C6A79">
        <w:rPr>
          <w:rFonts w:ascii="Bahnschrift" w:hAnsi="Bahnschrift"/>
          <w:u w:val="single"/>
        </w:rPr>
        <w:t>y</w:t>
      </w:r>
      <w:r w:rsidRPr="006C6A79">
        <w:rPr>
          <w:rFonts w:ascii="Bahnschrift" w:hAnsi="Bahnschrift"/>
          <w:u w:val="single"/>
        </w:rPr>
        <w:t xml:space="preserve"> + prysznic</w:t>
      </w:r>
      <w:r w:rsidR="006C6A79" w:rsidRPr="006C6A79">
        <w:rPr>
          <w:rFonts w:ascii="Bahnschrift" w:hAnsi="Bahnschrift"/>
          <w:u w:val="single"/>
        </w:rPr>
        <w:t>e</w:t>
      </w:r>
      <w:r w:rsidRPr="006C6A79">
        <w:rPr>
          <w:rFonts w:ascii="Bahnschrift" w:hAnsi="Bahnschrift"/>
          <w:u w:val="single"/>
        </w:rPr>
        <w:t xml:space="preserve"> na piętrze </w:t>
      </w:r>
      <w:r w:rsidRPr="00FE56A5">
        <w:rPr>
          <w:rFonts w:ascii="Bahnschrift" w:hAnsi="Bahnschrift"/>
          <w:b/>
          <w:bCs/>
          <w:color w:val="7030A0"/>
          <w:u w:val="single"/>
        </w:rPr>
        <w:t xml:space="preserve">(28 miejsc dzieci + </w:t>
      </w:r>
      <w:r w:rsidR="002815FA">
        <w:rPr>
          <w:rFonts w:ascii="Bahnschrift" w:hAnsi="Bahnschrift"/>
          <w:b/>
          <w:bCs/>
          <w:color w:val="7030A0"/>
          <w:u w:val="single"/>
        </w:rPr>
        <w:t>1</w:t>
      </w:r>
      <w:r w:rsidRPr="00FE56A5">
        <w:rPr>
          <w:rFonts w:ascii="Bahnschrift" w:hAnsi="Bahnschrift"/>
          <w:b/>
          <w:bCs/>
          <w:color w:val="7030A0"/>
          <w:u w:val="single"/>
        </w:rPr>
        <w:t xml:space="preserve"> miejsca kadra = </w:t>
      </w:r>
      <w:r w:rsidR="002815FA">
        <w:rPr>
          <w:rFonts w:ascii="Bahnschrift" w:hAnsi="Bahnschrift"/>
          <w:b/>
          <w:bCs/>
          <w:color w:val="7030A0"/>
          <w:u w:val="single"/>
        </w:rPr>
        <w:t>29</w:t>
      </w:r>
      <w:r w:rsidRPr="00FE56A5">
        <w:rPr>
          <w:rFonts w:ascii="Bahnschrift" w:hAnsi="Bahnschrift"/>
          <w:b/>
          <w:bCs/>
          <w:color w:val="7030A0"/>
          <w:u w:val="single"/>
        </w:rPr>
        <w:t xml:space="preserve"> miejsc</w:t>
      </w:r>
      <w:r w:rsidRPr="00FE56A5">
        <w:rPr>
          <w:rFonts w:ascii="Bahnschrift" w:hAnsi="Bahnschrift"/>
          <w:b/>
          <w:bCs/>
          <w:color w:val="7030A0"/>
        </w:rPr>
        <w:t>)</w:t>
      </w:r>
    </w:p>
    <w:p w14:paraId="33729FF8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23 – 4 miejsca</w:t>
      </w:r>
    </w:p>
    <w:p w14:paraId="4F6FBF4A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24 – 2 miejsca</w:t>
      </w:r>
    </w:p>
    <w:p w14:paraId="0D0A6931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25 – 3 miejsca</w:t>
      </w:r>
    </w:p>
    <w:p w14:paraId="63723CCA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26 – 3 miejsca</w:t>
      </w:r>
    </w:p>
    <w:p w14:paraId="3092EFDE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lastRenderedPageBreak/>
        <w:t>🛏️</w:t>
      </w:r>
      <w:r w:rsidRPr="00DB090A">
        <w:rPr>
          <w:rFonts w:ascii="Bahnschrift" w:hAnsi="Bahnschrift"/>
        </w:rPr>
        <w:t xml:space="preserve"> NR 27 – 2 miejsca</w:t>
      </w:r>
    </w:p>
    <w:p w14:paraId="1008F35D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28 – 4 miejsca</w:t>
      </w:r>
    </w:p>
    <w:p w14:paraId="426CF6D9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29 – 3 miejsca</w:t>
      </w:r>
    </w:p>
    <w:p w14:paraId="6946C848" w14:textId="2374A27C" w:rsidR="00FD2801" w:rsidRPr="00DB090A" w:rsidRDefault="00000000" w:rsidP="00DB090A">
      <w:pPr>
        <w:jc w:val="center"/>
        <w:rPr>
          <w:rFonts w:ascii="Bahnschrift" w:hAnsi="Bahnschrift"/>
        </w:rPr>
      </w:pPr>
      <w:r w:rsidRPr="002B512C">
        <w:rPr>
          <w:rFonts w:ascii="Segoe UI Emoji" w:hAnsi="Segoe UI Emoji" w:cs="Segoe UI Emoji"/>
          <w:highlight w:val="yellow"/>
        </w:rPr>
        <w:t>👩</w:t>
      </w:r>
      <w:r w:rsidRPr="002B512C">
        <w:rPr>
          <w:rFonts w:ascii="Arial" w:hAnsi="Arial" w:cs="Arial"/>
          <w:highlight w:val="yellow"/>
        </w:rPr>
        <w:t>‍</w:t>
      </w:r>
      <w:r w:rsidRPr="002B512C">
        <w:rPr>
          <w:rFonts w:ascii="Segoe UI Emoji" w:hAnsi="Segoe UI Emoji" w:cs="Segoe UI Emoji"/>
          <w:highlight w:val="yellow"/>
        </w:rPr>
        <w:t>🏫</w:t>
      </w:r>
      <w:r w:rsidRPr="002B512C">
        <w:rPr>
          <w:rFonts w:ascii="Bahnschrift" w:hAnsi="Bahnschrift"/>
          <w:highlight w:val="yellow"/>
        </w:rPr>
        <w:t xml:space="preserve"> </w:t>
      </w:r>
      <w:r w:rsidRPr="006C6A79">
        <w:rPr>
          <w:rFonts w:ascii="Bahnschrift" w:hAnsi="Bahnschrift"/>
          <w:b/>
          <w:bCs/>
          <w:highlight w:val="yellow"/>
        </w:rPr>
        <w:t>NR 30 – KADRA 1 miejsce</w:t>
      </w:r>
      <w:r w:rsidR="006C6A79" w:rsidRPr="006C6A79">
        <w:rPr>
          <w:rFonts w:ascii="Bahnschrift" w:hAnsi="Bahnschrift"/>
          <w:b/>
          <w:bCs/>
          <w:highlight w:val="yellow"/>
        </w:rPr>
        <w:t>+ ŁAZIENKA</w:t>
      </w:r>
    </w:p>
    <w:p w14:paraId="5B7E701C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31 – 2 miejsca</w:t>
      </w:r>
    </w:p>
    <w:p w14:paraId="1C9FC8FA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32 – 3 miejsca</w:t>
      </w:r>
    </w:p>
    <w:p w14:paraId="38EDDA64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🛏️</w:t>
      </w:r>
      <w:r w:rsidRPr="00DB090A">
        <w:rPr>
          <w:rFonts w:ascii="Bahnschrift" w:hAnsi="Bahnschrift"/>
        </w:rPr>
        <w:t xml:space="preserve"> NR 33 – 2 miejsca</w:t>
      </w:r>
    </w:p>
    <w:p w14:paraId="17DFF151" w14:textId="77777777" w:rsidR="00FD2801" w:rsidRPr="00DB090A" w:rsidRDefault="00000000" w:rsidP="00DB090A">
      <w:pPr>
        <w:pStyle w:val="Nagwek2"/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🟥</w:t>
      </w:r>
      <w:r w:rsidRPr="00DB090A">
        <w:rPr>
          <w:rFonts w:ascii="Bahnschrift" w:hAnsi="Bahnschrift"/>
        </w:rPr>
        <w:t xml:space="preserve"> III PIĘTRO</w:t>
      </w:r>
    </w:p>
    <w:p w14:paraId="053972BE" w14:textId="77777777" w:rsidR="00FD2801" w:rsidRPr="00DB090A" w:rsidRDefault="00000000" w:rsidP="00DB090A">
      <w:pPr>
        <w:jc w:val="center"/>
        <w:rPr>
          <w:rFonts w:ascii="Bahnschrift" w:hAnsi="Bahnschrift"/>
          <w:color w:val="EE0000"/>
        </w:rPr>
      </w:pPr>
      <w:r w:rsidRPr="00DB090A">
        <w:rPr>
          <w:rFonts w:ascii="Segoe UI Emoji" w:hAnsi="Segoe UI Emoji" w:cs="Segoe UI Emoji"/>
        </w:rPr>
        <w:t>👩</w:t>
      </w:r>
      <w:r w:rsidRPr="00DB090A">
        <w:rPr>
          <w:rFonts w:ascii="Arial" w:hAnsi="Arial" w:cs="Arial"/>
        </w:rPr>
        <w:t>‍</w:t>
      </w:r>
      <w:r w:rsidRPr="00DB090A">
        <w:rPr>
          <w:rFonts w:ascii="Segoe UI Emoji" w:hAnsi="Segoe UI Emoji" w:cs="Segoe UI Emoji"/>
        </w:rPr>
        <w:t>🏫</w:t>
      </w:r>
      <w:r w:rsidRPr="00DB090A">
        <w:rPr>
          <w:rFonts w:ascii="Bahnschrift" w:hAnsi="Bahnschrift"/>
        </w:rPr>
        <w:t xml:space="preserve"> KADRA (9 miejsc) – </w:t>
      </w:r>
      <w:r w:rsidRPr="00DB090A">
        <w:rPr>
          <w:rFonts w:ascii="Bahnschrift" w:hAnsi="Bahnschrift"/>
          <w:color w:val="EE0000"/>
        </w:rPr>
        <w:t>WYŁĄCZONE</w:t>
      </w:r>
    </w:p>
    <w:p w14:paraId="07F38CFD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👩</w:t>
      </w:r>
      <w:r w:rsidRPr="00DB090A">
        <w:rPr>
          <w:rFonts w:ascii="Arial" w:hAnsi="Arial" w:cs="Arial"/>
        </w:rPr>
        <w:t>‍</w:t>
      </w:r>
      <w:r w:rsidRPr="00DB090A">
        <w:rPr>
          <w:rFonts w:ascii="Segoe UI Emoji" w:hAnsi="Segoe UI Emoji" w:cs="Segoe UI Emoji"/>
        </w:rPr>
        <w:t>🏫</w:t>
      </w:r>
      <w:r w:rsidRPr="00DB090A">
        <w:rPr>
          <w:rFonts w:ascii="Bahnschrift" w:hAnsi="Bahnschrift"/>
        </w:rPr>
        <w:t xml:space="preserve"> NR 35 – KADRA 2 miejsca</w:t>
      </w:r>
    </w:p>
    <w:p w14:paraId="25746E99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👩</w:t>
      </w:r>
      <w:r w:rsidRPr="00DB090A">
        <w:rPr>
          <w:rFonts w:ascii="Arial" w:hAnsi="Arial" w:cs="Arial"/>
        </w:rPr>
        <w:t>‍</w:t>
      </w:r>
      <w:r w:rsidRPr="00DB090A">
        <w:rPr>
          <w:rFonts w:ascii="Segoe UI Emoji" w:hAnsi="Segoe UI Emoji" w:cs="Segoe UI Emoji"/>
        </w:rPr>
        <w:t>🏫</w:t>
      </w:r>
      <w:r w:rsidRPr="00DB090A">
        <w:rPr>
          <w:rFonts w:ascii="Bahnschrift" w:hAnsi="Bahnschrift"/>
        </w:rPr>
        <w:t xml:space="preserve"> NR 36 – KADRA 2 miejsca + łazienka</w:t>
      </w:r>
    </w:p>
    <w:p w14:paraId="7EC3AF42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👩</w:t>
      </w:r>
      <w:r w:rsidRPr="00DB090A">
        <w:rPr>
          <w:rFonts w:ascii="Arial" w:hAnsi="Arial" w:cs="Arial"/>
        </w:rPr>
        <w:t>‍</w:t>
      </w:r>
      <w:r w:rsidRPr="00DB090A">
        <w:rPr>
          <w:rFonts w:ascii="Segoe UI Emoji" w:hAnsi="Segoe UI Emoji" w:cs="Segoe UI Emoji"/>
        </w:rPr>
        <w:t>🏫</w:t>
      </w:r>
      <w:r w:rsidRPr="00DB090A">
        <w:rPr>
          <w:rFonts w:ascii="Bahnschrift" w:hAnsi="Bahnschrift"/>
        </w:rPr>
        <w:t xml:space="preserve"> NR 37 – KADRA 3 miejsca + łazienka</w:t>
      </w:r>
    </w:p>
    <w:p w14:paraId="3427625A" w14:textId="77777777" w:rsidR="00FD2801" w:rsidRPr="00DB090A" w:rsidRDefault="00000000" w:rsidP="00DB090A">
      <w:pPr>
        <w:jc w:val="center"/>
        <w:rPr>
          <w:rFonts w:ascii="Bahnschrift" w:hAnsi="Bahnschrift"/>
        </w:rPr>
      </w:pPr>
      <w:r w:rsidRPr="00DB090A">
        <w:rPr>
          <w:rFonts w:ascii="Segoe UI Emoji" w:hAnsi="Segoe UI Emoji" w:cs="Segoe UI Emoji"/>
        </w:rPr>
        <w:t>👩</w:t>
      </w:r>
      <w:r w:rsidRPr="00DB090A">
        <w:rPr>
          <w:rFonts w:ascii="Arial" w:hAnsi="Arial" w:cs="Arial"/>
        </w:rPr>
        <w:t>‍</w:t>
      </w:r>
      <w:r w:rsidRPr="00DB090A">
        <w:rPr>
          <w:rFonts w:ascii="Segoe UI Emoji" w:hAnsi="Segoe UI Emoji" w:cs="Segoe UI Emoji"/>
        </w:rPr>
        <w:t>🏫</w:t>
      </w:r>
      <w:r w:rsidRPr="00DB090A">
        <w:rPr>
          <w:rFonts w:ascii="Bahnschrift" w:hAnsi="Bahnschrift"/>
        </w:rPr>
        <w:t xml:space="preserve"> NR 42 – KADRA 2 miejsca + łazienka</w:t>
      </w:r>
    </w:p>
    <w:p w14:paraId="09FC571A" w14:textId="77777777" w:rsidR="00DB090A" w:rsidRDefault="00DB090A" w:rsidP="00DB090A">
      <w:pPr>
        <w:jc w:val="center"/>
      </w:pPr>
    </w:p>
    <w:p w14:paraId="5E4B8F75" w14:textId="77777777" w:rsidR="00DB090A" w:rsidRPr="006C6A79" w:rsidRDefault="00DB090A" w:rsidP="00DB090A">
      <w:pPr>
        <w:rPr>
          <w:sz w:val="18"/>
          <w:szCs w:val="18"/>
        </w:rPr>
      </w:pPr>
      <w:r w:rsidRPr="006C6A79">
        <w:rPr>
          <w:sz w:val="18"/>
          <w:szCs w:val="18"/>
        </w:rPr>
        <w:t>*Uwagi: łóżka piętrowe</w:t>
      </w:r>
    </w:p>
    <w:p w14:paraId="74F46174" w14:textId="77777777" w:rsidR="00DB090A" w:rsidRDefault="00DB090A" w:rsidP="00DB090A"/>
    <w:sectPr w:rsidR="00DB090A" w:rsidSect="00034616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720" w:right="720" w:bottom="720" w:left="720" w:header="720" w:footer="720" w:gutter="0"/>
      <w:pgBorders>
        <w:top w:val="single" w:sz="8" w:space="4" w:color="0000FF"/>
        <w:left w:val="single" w:sz="8" w:space="4" w:color="0000FF"/>
        <w:bottom w:val="single" w:sz="8" w:space="4" w:color="0000FF"/>
        <w:right w:val="single" w:sz="8" w:space="4" w:color="0000FF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498605" w14:textId="77777777" w:rsidR="00755B62" w:rsidRDefault="00755B62" w:rsidP="00083C81">
      <w:pPr>
        <w:spacing w:after="0" w:line="240" w:lineRule="auto"/>
      </w:pPr>
      <w:r>
        <w:separator/>
      </w:r>
    </w:p>
  </w:endnote>
  <w:endnote w:type="continuationSeparator" w:id="0">
    <w:p w14:paraId="2EC46C89" w14:textId="77777777" w:rsidR="00755B62" w:rsidRDefault="00755B62" w:rsidP="00083C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Bahnschrift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A0E3BC" w14:textId="77777777" w:rsidR="00083C81" w:rsidRDefault="00083C81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F3C947" w14:textId="77777777" w:rsidR="00083C81" w:rsidRDefault="00083C81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61BB9B" w14:textId="77777777" w:rsidR="00083C81" w:rsidRDefault="00083C8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B3CC0A" w14:textId="77777777" w:rsidR="00755B62" w:rsidRDefault="00755B62" w:rsidP="00083C81">
      <w:pPr>
        <w:spacing w:after="0" w:line="240" w:lineRule="auto"/>
      </w:pPr>
      <w:r>
        <w:separator/>
      </w:r>
    </w:p>
  </w:footnote>
  <w:footnote w:type="continuationSeparator" w:id="0">
    <w:p w14:paraId="65F0E489" w14:textId="77777777" w:rsidR="00755B62" w:rsidRDefault="00755B62" w:rsidP="00083C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E4B68C" w14:textId="26E910C3" w:rsidR="00083C81" w:rsidRDefault="00000000">
    <w:pPr>
      <w:pStyle w:val="Nagwek"/>
    </w:pPr>
    <w:r>
      <w:rPr>
        <w:noProof/>
      </w:rPr>
      <w:pict w14:anchorId="5634D3C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107266" o:spid="_x0000_s1032" type="#_x0000_t75" style="position:absolute;margin-left:0;margin-top:0;width:405.35pt;height:10in;z-index:-251657216;mso-position-horizontal:center;mso-position-horizontal-relative:margin;mso-position-vertical:center;mso-position-vertical-relative:margin" o:allowincell="f">
          <v:imagedata r:id="rId1" o:title="ba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6295FC" w14:textId="43ACF89E" w:rsidR="00083C81" w:rsidRDefault="00000000">
    <w:pPr>
      <w:pStyle w:val="Nagwek"/>
    </w:pPr>
    <w:r>
      <w:rPr>
        <w:noProof/>
      </w:rPr>
      <w:pict w14:anchorId="5DCAAD3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107267" o:spid="_x0000_s1033" type="#_x0000_t75" style="position:absolute;margin-left:0;margin-top:0;width:405.35pt;height:10in;z-index:-251656192;mso-position-horizontal:center;mso-position-horizontal-relative:margin;mso-position-vertical:center;mso-position-vertical-relative:margin" o:allowincell="f">
          <v:imagedata r:id="rId1" o:title="ba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3190B6" w14:textId="653949F8" w:rsidR="00083C81" w:rsidRDefault="00000000">
    <w:pPr>
      <w:pStyle w:val="Nagwek"/>
    </w:pPr>
    <w:r>
      <w:rPr>
        <w:noProof/>
      </w:rPr>
      <w:pict w14:anchorId="61D797D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107265" o:spid="_x0000_s1031" type="#_x0000_t75" style="position:absolute;margin-left:0;margin-top:0;width:405.35pt;height:10in;z-index:-251658240;mso-position-horizontal:center;mso-position-horizontal-relative:margin;mso-position-vertical:center;mso-position-vertical-relative:margin" o:allowincell="f">
          <v:imagedata r:id="rId1" o:title="ba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anumerowan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anumerowan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apunktowan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apunktowan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209758661">
    <w:abstractNumId w:val="8"/>
  </w:num>
  <w:num w:numId="2" w16cid:durableId="1772120220">
    <w:abstractNumId w:val="6"/>
  </w:num>
  <w:num w:numId="3" w16cid:durableId="1953129841">
    <w:abstractNumId w:val="5"/>
  </w:num>
  <w:num w:numId="4" w16cid:durableId="226260139">
    <w:abstractNumId w:val="4"/>
  </w:num>
  <w:num w:numId="5" w16cid:durableId="1192302865">
    <w:abstractNumId w:val="7"/>
  </w:num>
  <w:num w:numId="6" w16cid:durableId="767048104">
    <w:abstractNumId w:val="3"/>
  </w:num>
  <w:num w:numId="7" w16cid:durableId="2046709222">
    <w:abstractNumId w:val="2"/>
  </w:num>
  <w:num w:numId="8" w16cid:durableId="2006203308">
    <w:abstractNumId w:val="1"/>
  </w:num>
  <w:num w:numId="9" w16cid:durableId="7472639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savePreviewPicture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083C81"/>
    <w:rsid w:val="001261BF"/>
    <w:rsid w:val="0015074B"/>
    <w:rsid w:val="002815FA"/>
    <w:rsid w:val="0029639D"/>
    <w:rsid w:val="002B512C"/>
    <w:rsid w:val="00326F90"/>
    <w:rsid w:val="003A33AD"/>
    <w:rsid w:val="00540F32"/>
    <w:rsid w:val="006C6A79"/>
    <w:rsid w:val="00752C96"/>
    <w:rsid w:val="00755B62"/>
    <w:rsid w:val="00793D12"/>
    <w:rsid w:val="008C3D0D"/>
    <w:rsid w:val="009F1EBB"/>
    <w:rsid w:val="00A97DD2"/>
    <w:rsid w:val="00AA1D8D"/>
    <w:rsid w:val="00AD2085"/>
    <w:rsid w:val="00AD4C72"/>
    <w:rsid w:val="00B47730"/>
    <w:rsid w:val="00CB0664"/>
    <w:rsid w:val="00CC643D"/>
    <w:rsid w:val="00D20D61"/>
    <w:rsid w:val="00DB090A"/>
    <w:rsid w:val="00DB5AB2"/>
    <w:rsid w:val="00E14C72"/>
    <w:rsid w:val="00FC693F"/>
    <w:rsid w:val="00FD2801"/>
    <w:rsid w:val="00FE5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2E28CF3"/>
  <w14:defaultImageDpi w14:val="300"/>
  <w15:docId w15:val="{E090D8B0-C287-413F-A464-984D28B101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C693F"/>
  </w:style>
  <w:style w:type="paragraph" w:styleId="Nagwek1">
    <w:name w:val="heading 1"/>
    <w:basedOn w:val="Normalny"/>
    <w:next w:val="Normalny"/>
    <w:link w:val="Nagwek1Znak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618BF"/>
  </w:style>
  <w:style w:type="paragraph" w:styleId="Stopka">
    <w:name w:val="footer"/>
    <w:basedOn w:val="Normalny"/>
    <w:link w:val="Stopka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618BF"/>
  </w:style>
  <w:style w:type="paragraph" w:styleId="Bezodstpw">
    <w:name w:val="No Spacing"/>
    <w:uiPriority w:val="1"/>
    <w:qFormat/>
    <w:rsid w:val="00FC693F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ytu">
    <w:name w:val="Title"/>
    <w:basedOn w:val="Normalny"/>
    <w:next w:val="Normalny"/>
    <w:link w:val="TytuZnak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kapitzlist">
    <w:name w:val="List Paragraph"/>
    <w:basedOn w:val="Normalny"/>
    <w:uiPriority w:val="34"/>
    <w:qFormat/>
    <w:rsid w:val="00FC693F"/>
    <w:pPr>
      <w:ind w:left="720"/>
      <w:contextualSpacing/>
    </w:pPr>
  </w:style>
  <w:style w:type="paragraph" w:styleId="Tekstpodstawowy">
    <w:name w:val="Body Text"/>
    <w:basedOn w:val="Normalny"/>
    <w:link w:val="TekstpodstawowyZnak"/>
    <w:uiPriority w:val="99"/>
    <w:unhideWhenUsed/>
    <w:rsid w:val="00AA1D8D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AA1D8D"/>
  </w:style>
  <w:style w:type="paragraph" w:styleId="Tekstpodstawowy2">
    <w:name w:val="Body Text 2"/>
    <w:basedOn w:val="Normalny"/>
    <w:link w:val="Tekstpodstawowy2Znak"/>
    <w:uiPriority w:val="99"/>
    <w:unhideWhenUsed/>
    <w:rsid w:val="00AA1D8D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AA1D8D"/>
  </w:style>
  <w:style w:type="paragraph" w:styleId="Tekstpodstawowy3">
    <w:name w:val="Body Text 3"/>
    <w:basedOn w:val="Normalny"/>
    <w:link w:val="Tekstpodstawowy3Znak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AA1D8D"/>
    <w:rPr>
      <w:sz w:val="16"/>
      <w:szCs w:val="16"/>
    </w:rPr>
  </w:style>
  <w:style w:type="paragraph" w:styleId="Lista">
    <w:name w:val="List"/>
    <w:basedOn w:val="Normalny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ny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ny"/>
    <w:uiPriority w:val="99"/>
    <w:unhideWhenUsed/>
    <w:rsid w:val="00326F90"/>
    <w:pPr>
      <w:ind w:left="1080" w:hanging="360"/>
      <w:contextualSpacing/>
    </w:pPr>
  </w:style>
  <w:style w:type="paragraph" w:styleId="Listapunktowana">
    <w:name w:val="List Bullet"/>
    <w:basedOn w:val="Normalny"/>
    <w:uiPriority w:val="99"/>
    <w:unhideWhenUsed/>
    <w:rsid w:val="00326F90"/>
    <w:pPr>
      <w:numPr>
        <w:numId w:val="1"/>
      </w:numPr>
      <w:contextualSpacing/>
    </w:pPr>
  </w:style>
  <w:style w:type="paragraph" w:styleId="Listapunktowana2">
    <w:name w:val="List Bullet 2"/>
    <w:basedOn w:val="Normalny"/>
    <w:uiPriority w:val="99"/>
    <w:unhideWhenUsed/>
    <w:rsid w:val="00326F90"/>
    <w:pPr>
      <w:numPr>
        <w:numId w:val="2"/>
      </w:numPr>
      <w:contextualSpacing/>
    </w:pPr>
  </w:style>
  <w:style w:type="paragraph" w:styleId="Listapunktowana3">
    <w:name w:val="List Bullet 3"/>
    <w:basedOn w:val="Normalny"/>
    <w:uiPriority w:val="99"/>
    <w:unhideWhenUsed/>
    <w:rsid w:val="00326F90"/>
    <w:pPr>
      <w:numPr>
        <w:numId w:val="3"/>
      </w:numPr>
      <w:contextualSpacing/>
    </w:pPr>
  </w:style>
  <w:style w:type="paragraph" w:styleId="Listanumerowana">
    <w:name w:val="List Number"/>
    <w:basedOn w:val="Normalny"/>
    <w:uiPriority w:val="99"/>
    <w:unhideWhenUsed/>
    <w:rsid w:val="00326F90"/>
    <w:pPr>
      <w:numPr>
        <w:numId w:val="5"/>
      </w:numPr>
      <w:contextualSpacing/>
    </w:pPr>
  </w:style>
  <w:style w:type="paragraph" w:styleId="Listanumerowana2">
    <w:name w:val="List Number 2"/>
    <w:basedOn w:val="Normalny"/>
    <w:uiPriority w:val="99"/>
    <w:unhideWhenUsed/>
    <w:rsid w:val="0029639D"/>
    <w:pPr>
      <w:numPr>
        <w:numId w:val="6"/>
      </w:numPr>
      <w:contextualSpacing/>
    </w:pPr>
  </w:style>
  <w:style w:type="paragraph" w:styleId="Listanumerowana3">
    <w:name w:val="List Number 3"/>
    <w:basedOn w:val="Normalny"/>
    <w:uiPriority w:val="99"/>
    <w:unhideWhenUsed/>
    <w:rsid w:val="0029639D"/>
    <w:pPr>
      <w:numPr>
        <w:numId w:val="7"/>
      </w:numPr>
      <w:contextualSpacing/>
    </w:pPr>
  </w:style>
  <w:style w:type="paragraph" w:styleId="Lista-kontynuacja">
    <w:name w:val="List Continue"/>
    <w:basedOn w:val="Normalny"/>
    <w:uiPriority w:val="99"/>
    <w:unhideWhenUsed/>
    <w:rsid w:val="0029639D"/>
    <w:pPr>
      <w:spacing w:after="120"/>
      <w:ind w:left="360"/>
      <w:contextualSpacing/>
    </w:pPr>
  </w:style>
  <w:style w:type="paragraph" w:styleId="Lista-kontynuacja2">
    <w:name w:val="List Continue 2"/>
    <w:basedOn w:val="Normalny"/>
    <w:uiPriority w:val="99"/>
    <w:unhideWhenUsed/>
    <w:rsid w:val="0029639D"/>
    <w:pPr>
      <w:spacing w:after="120"/>
      <w:ind w:left="720"/>
      <w:contextualSpacing/>
    </w:pPr>
  </w:style>
  <w:style w:type="paragraph" w:styleId="Lista-kontynuacja3">
    <w:name w:val="List Continue 3"/>
    <w:basedOn w:val="Normalny"/>
    <w:uiPriority w:val="99"/>
    <w:unhideWhenUsed/>
    <w:rsid w:val="0029639D"/>
    <w:pPr>
      <w:spacing w:after="120"/>
      <w:ind w:left="1080"/>
      <w:contextualSpacing/>
    </w:pPr>
  </w:style>
  <w:style w:type="paragraph" w:styleId="Tekstmakra">
    <w:name w:val="macro"/>
    <w:link w:val="TekstmakraZnak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rsid w:val="0029639D"/>
    <w:rPr>
      <w:rFonts w:ascii="Courier" w:hAnsi="Courier"/>
      <w:sz w:val="20"/>
      <w:szCs w:val="20"/>
    </w:rPr>
  </w:style>
  <w:style w:type="paragraph" w:styleId="Cytat">
    <w:name w:val="Quote"/>
    <w:basedOn w:val="Normalny"/>
    <w:next w:val="Normalny"/>
    <w:link w:val="CytatZnak"/>
    <w:uiPriority w:val="29"/>
    <w:qFormat/>
    <w:rsid w:val="00FC693F"/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FC693F"/>
    <w:rPr>
      <w:i/>
      <w:iCs/>
      <w:color w:val="000000" w:themeColor="text1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Pogrubienie">
    <w:name w:val="Strong"/>
    <w:basedOn w:val="Domylnaczcionkaakapitu"/>
    <w:uiPriority w:val="22"/>
    <w:qFormat/>
    <w:rsid w:val="00FC693F"/>
    <w:rPr>
      <w:b/>
      <w:bCs/>
    </w:rPr>
  </w:style>
  <w:style w:type="character" w:styleId="Uwydatnienie">
    <w:name w:val="Emphasis"/>
    <w:basedOn w:val="Domylnaczcionkaakapitu"/>
    <w:uiPriority w:val="20"/>
    <w:qFormat/>
    <w:rsid w:val="00FC693F"/>
    <w:rPr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FC693F"/>
    <w:rPr>
      <w:b/>
      <w:bCs/>
      <w:i/>
      <w:iCs/>
      <w:color w:val="4F81BD" w:themeColor="accent1"/>
    </w:rPr>
  </w:style>
  <w:style w:type="character" w:styleId="Wyrnieniedelikatne">
    <w:name w:val="Subtle Emphasis"/>
    <w:basedOn w:val="Domylnaczcionkaakapitu"/>
    <w:uiPriority w:val="19"/>
    <w:qFormat/>
    <w:rsid w:val="00FC693F"/>
    <w:rPr>
      <w:i/>
      <w:iCs/>
      <w:color w:val="808080" w:themeColor="text1" w:themeTint="7F"/>
    </w:rPr>
  </w:style>
  <w:style w:type="character" w:styleId="Wyrnienieintensywne">
    <w:name w:val="Intense Emphasis"/>
    <w:basedOn w:val="Domylnaczcionkaakapitu"/>
    <w:uiPriority w:val="21"/>
    <w:qFormat/>
    <w:rsid w:val="00FC693F"/>
    <w:rPr>
      <w:b/>
      <w:bCs/>
      <w:i/>
      <w:iCs/>
      <w:color w:val="4F81BD" w:themeColor="accent1"/>
    </w:rPr>
  </w:style>
  <w:style w:type="character" w:styleId="Odwoaniedelikatne">
    <w:name w:val="Subtle Reference"/>
    <w:basedOn w:val="Domylnaczcionkaakapitu"/>
    <w:uiPriority w:val="31"/>
    <w:qFormat/>
    <w:rsid w:val="00FC693F"/>
    <w:rPr>
      <w:smallCaps/>
      <w:color w:val="C0504D" w:themeColor="accent2"/>
      <w:u w:val="single"/>
    </w:rPr>
  </w:style>
  <w:style w:type="character" w:styleId="Odwoanieintensywne">
    <w:name w:val="Intense Reference"/>
    <w:basedOn w:val="Domylnaczcionkaakapitu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ytuksiki">
    <w:name w:val="Book Title"/>
    <w:basedOn w:val="Domylnaczcionkaakapitu"/>
    <w:uiPriority w:val="33"/>
    <w:qFormat/>
    <w:rsid w:val="00FC693F"/>
    <w:rPr>
      <w:b/>
      <w:bCs/>
      <w:smallCaps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FC693F"/>
    <w:pPr>
      <w:outlineLvl w:val="9"/>
    </w:pPr>
  </w:style>
  <w:style w:type="table" w:styleId="Tabela-Siatka">
    <w:name w:val="Table Grid"/>
    <w:basedOn w:val="Standardowy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Jasnecieniowanie">
    <w:name w:val="Light Shading"/>
    <w:basedOn w:val="Standardowy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Jasnecieniowanieakcent1">
    <w:name w:val="Light Shading Accent 1"/>
    <w:basedOn w:val="Standardowy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Jasnecieniowanieakcent2">
    <w:name w:val="Light Shading Accent 2"/>
    <w:basedOn w:val="Standardowy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Jasnecieniowanieakcent3">
    <w:name w:val="Light Shading Accent 3"/>
    <w:basedOn w:val="Standardowy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Jasnecieniowanieakcent4">
    <w:name w:val="Light Shading Accent 4"/>
    <w:basedOn w:val="Standardowy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Jasnecieniowanieakcent5">
    <w:name w:val="Light Shading Accent 5"/>
    <w:basedOn w:val="Standardowy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Jasnecieniowanieakcent6">
    <w:name w:val="Light Shading Accent 6"/>
    <w:basedOn w:val="Standardowy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Jasnalista">
    <w:name w:val="Light List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Jasnalistaakcent1">
    <w:name w:val="Light List Accent 1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Jasnalistaakcent2">
    <w:name w:val="Light List Accent 2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Jasnalistaakcent3">
    <w:name w:val="Light List Accent 3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Jasnalistaakcent4">
    <w:name w:val="Light List Accent 4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Jasnalistaakcent5">
    <w:name w:val="Light List Accent 5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Jasnalistaakcent6">
    <w:name w:val="Light List Accent 6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Jasnasiatka">
    <w:name w:val="Light Grid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Jasnasiatkaakcent1">
    <w:name w:val="Light Grid Accent 1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Jasnasiatkaakcent2">
    <w:name w:val="Light Grid Accent 2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Jasnasiatkaakcent3">
    <w:name w:val="Light Grid Accent 3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Jasnasiatkaakcent4">
    <w:name w:val="Light Grid Accent 4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Jasnasiatkaakcent5">
    <w:name w:val="Light Grid Accent 5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Jasnasiatkaakcent6">
    <w:name w:val="Light Grid Accent 6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redniecieniowanie1">
    <w:name w:val="Medium Shading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1">
    <w:name w:val="Medium Shading 1 Accent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2">
    <w:name w:val="Medium Shading 1 Accent 2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3">
    <w:name w:val="Medium Shading 1 Accent 3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4">
    <w:name w:val="Medium Shading 1 Accent 4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5">
    <w:name w:val="Medium Shading 1 Accent 5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6">
    <w:name w:val="Medium Shading 1 Accent 6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2">
    <w:name w:val="Medium Shading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1">
    <w:name w:val="Medium Shading 2 Accent 1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2">
    <w:name w:val="Medium Shading 2 Accent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3">
    <w:name w:val="Medium Shading 2 Accent 3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4">
    <w:name w:val="Medium Shading 2 Accent 4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5">
    <w:name w:val="Medium Shading 2 Accent 5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6">
    <w:name w:val="Medium Shading 2 Accent 6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alista1">
    <w:name w:val="Medium Lis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rednialista1akcent1">
    <w:name w:val="Medium List 1 Accen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rednialista1akcent2">
    <w:name w:val="Medium List 1 Accent 2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rednialista1akcent3">
    <w:name w:val="Medium List 1 Accent 3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rednialista1akcent4">
    <w:name w:val="Medium List 1 Accent 4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rednialista1akcent5">
    <w:name w:val="Medium List 1 Accent 5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rednialista1akcent6">
    <w:name w:val="Medium List 1 Accent 6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rednialista2">
    <w:name w:val="Medium Lis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1">
    <w:name w:val="Medium List 2 Accent 1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2">
    <w:name w:val="Medium List 2 Accen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3">
    <w:name w:val="Medium List 2 Accent 3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4">
    <w:name w:val="Medium List 2 Accent 4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5">
    <w:name w:val="Medium List 2 Accent 5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6">
    <w:name w:val="Medium List 2 Accent 6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siatka1">
    <w:name w:val="Medium Grid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dniasiatka1akcent1">
    <w:name w:val="Medium Grid 1 Accent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redniasiatka1akcent2">
    <w:name w:val="Medium Grid 1 Accent 2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redniasiatka1akcent3">
    <w:name w:val="Medium Grid 1 Accent 3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redniasiatka1akcent4">
    <w:name w:val="Medium Grid 1 Accent 4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redniasiatka1akcent5">
    <w:name w:val="Medium Grid 1 Accent 5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redniasiatka1akcent6">
    <w:name w:val="Medium Grid 1 Accent 6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redniasiatka2">
    <w:name w:val="Medium Grid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1">
    <w:name w:val="Medium Grid 2 Accent 1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2">
    <w:name w:val="Medium Grid 2 Accent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3">
    <w:name w:val="Medium Grid 2 Accent 3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4">
    <w:name w:val="Medium Grid 2 Accent 4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5">
    <w:name w:val="Medium Grid 2 Accent 5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6">
    <w:name w:val="Medium Grid 2 Accent 6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3">
    <w:name w:val="Medium Grid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redniasiatka3akcent1">
    <w:name w:val="Medium Grid 3 Accent 1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redniasiatka3akcent2">
    <w:name w:val="Medium Grid 3 Accent 2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redniasiatka3akcent3">
    <w:name w:val="Medium Grid 3 Accent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redniasiatka3akcent4">
    <w:name w:val="Medium Grid 3 Accent 4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redniasiatka3akcent5">
    <w:name w:val="Medium Grid 3 Accent 5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redniasiatka3akcent6">
    <w:name w:val="Medium Grid 3 Accent 6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Ciemnalista">
    <w:name w:val="Dark List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Ciemnalista2akcent1">
    <w:name w:val="Dark List Accent 1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Ciemnalistaakcent2">
    <w:name w:val="Dark List Accent 2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Ciemnalistaakcent3">
    <w:name w:val="Dark List Accent 3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Ciemnalistaakcent4">
    <w:name w:val="Dark List Accent 4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Ciemnalistaakcent5">
    <w:name w:val="Dark List Accent 5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Ciemnalistaakcent6">
    <w:name w:val="Dark List Accent 6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Kolorowecieniowanie">
    <w:name w:val="Colorful Shading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1">
    <w:name w:val="Colorful Shading Accent 1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2">
    <w:name w:val="Colorful Shading Accent 2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3">
    <w:name w:val="Colorful Shading Accent 3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ecieniowanieakcent4">
    <w:name w:val="Colorful Shading Accent 4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5">
    <w:name w:val="Colorful Shading Accent 5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6">
    <w:name w:val="Colorful Shading Accent 6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alista">
    <w:name w:val="Colorful List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olorowalistaakcent1">
    <w:name w:val="Colorful List Accent 1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Kolorowalistaakcent2">
    <w:name w:val="Colorful List Accent 2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Kolorowalistaakcent3">
    <w:name w:val="Colorful List Accent 3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Kolorowalistaakcent4">
    <w:name w:val="Colorful List Accent 4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Kolorowalistaakcent5">
    <w:name w:val="Colorful List Accent 5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Kolorowalistaakcent6">
    <w:name w:val="Colorful List Accent 6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Kolorowasiatka">
    <w:name w:val="Colorful Grid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olorowasiatkaakcent1">
    <w:name w:val="Colorful Grid Accent 1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Kolorowasiatkaakcent2">
    <w:name w:val="Colorful Grid Accent 2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Kolorowasiatkaakcent3">
    <w:name w:val="Colorful Grid Accent 3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asiatkaakcent4">
    <w:name w:val="Colorful Grid Accent 4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Kolorowasiatkaakcent5">
    <w:name w:val="Colorful Grid Accent 5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Kolorowasiatkaakcent6">
    <w:name w:val="Colorful Grid Accent 6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170</Words>
  <Characters>1026</Characters>
  <Application>Microsoft Office Word</Application>
  <DocSecurity>0</DocSecurity>
  <Lines>8</Lines>
  <Paragraphs>2</Paragraphs>
  <ScaleCrop>false</ScaleCrop>
  <HeadingPairs>
    <vt:vector size="6" baseType="variant">
      <vt:variant>
        <vt:lpstr>Tytuł</vt:lpstr>
      </vt:variant>
      <vt:variant>
        <vt:i4>1</vt:i4>
      </vt:variant>
      <vt:variant>
        <vt:lpstr>Nagłówki</vt:lpstr>
      </vt:variant>
      <vt:variant>
        <vt:i4>4</vt:i4>
      </vt:variant>
      <vt:variant>
        <vt:lpstr>Title</vt:lpstr>
      </vt:variant>
      <vt:variant>
        <vt:i4>1</vt:i4>
      </vt:variant>
    </vt:vector>
  </HeadingPairs>
  <TitlesOfParts>
    <vt:vector size="6" baseType="lpstr">
      <vt:lpstr/>
      <vt:lpstr>    🟦 PARTER</vt:lpstr>
      <vt:lpstr>    🟩 I PIĘTRO</vt:lpstr>
      <vt:lpstr>    🟨 II PIĘTRO</vt:lpstr>
      <vt:lpstr>    🟥 III PIĘTRO</vt:lpstr>
      <vt:lpstr/>
    </vt:vector>
  </TitlesOfParts>
  <Manager/>
  <Company/>
  <LinksUpToDate>false</LinksUpToDate>
  <CharactersWithSpaces>1194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Dwd Duszniki</cp:lastModifiedBy>
  <cp:revision>14</cp:revision>
  <cp:lastPrinted>2025-12-04T08:22:00Z</cp:lastPrinted>
  <dcterms:created xsi:type="dcterms:W3CDTF">2025-07-14T12:48:00Z</dcterms:created>
  <dcterms:modified xsi:type="dcterms:W3CDTF">2026-02-24T12:50:00Z</dcterms:modified>
  <cp:category/>
</cp:coreProperties>
</file>